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rFonts w:ascii="Arial" w:hAnsi="Arial" w:cs="Arial"/>
          <w:b/>
          <w:i w:val="0"/>
          <w:color w:val="9A3412"/>
          <w:sz w:val="44"/>
          <w:bCs/>
          <w:szCs w:val="44"/>
          <w:rtl/>
        </w:rPr>
        <w:t>מִבְצָע קַלְפִּי – דף עבודה</w:t>
      </w:r>
    </w:p>
    <w:p>
      <w:pPr>
        <w:bidi/>
        <w:jc w:val="center"/>
      </w:pPr>
      <w:r>
        <w:rPr>
          <w:rFonts w:ascii="Arial" w:hAnsi="Arial" w:cs="Arial"/>
          <w:b w:val="0"/>
          <w:i w:val="0"/>
          <w:color w:val="6B5146"/>
          <w:sz w:val="28"/>
          <w:szCs w:val="28"/>
          <w:rtl/>
        </w:rPr>
        <w:t>יסודי (ב׳–ו׳)</w:t>
      </w:r>
    </w:p>
    <w:p>
      <w:pPr>
        <w:bidi/>
        <w:spacing w:after="200"/>
      </w:pPr>
      <w:r>
        <w:rPr>
          <w:rFonts w:ascii="Arial" w:hAnsi="Arial" w:cs="Arial"/>
          <w:b w:val="0"/>
          <w:i w:val="0"/>
          <w:sz w:val="28"/>
          <w:szCs w:val="28"/>
          <w:rtl/>
        </w:rPr>
        <w:t>שם: ____________________  כיתה: ________  תאריך: ____________</w:t>
      </w:r>
    </w:p>
    <w:p>
      <w:pPr>
        <w:bidi/>
      </w:pPr>
      <w:r>
        <w:rPr>
          <w:rFonts w:ascii="Arial" w:hAnsi="Arial" w:cs="Arial"/>
          <w:b w:val="0"/>
          <w:i w:val="0"/>
          <w:sz w:val="26"/>
          <w:szCs w:val="26"/>
          <w:rtl/>
        </w:rPr>
        <w:t>שָׁלוֹם! אֲנִי טוּבִּי, הַיַּנְשׁוּף שֶׁל יַעַר הַשְּׁקֵדִים. מָחָר כָּל חַיּוֹת הַיַּעַר יַצְבִּיעוּ: מָה נִבְנֶה בַּקָּרַחַת? אֲבָל אוֹי! תֵּבַת הַהַצְבָּעָה הַגְּדוֹלָה נִנְעֲלָה בְּמַנְעוּל שֶׁל 6 סְפָרוֹת. עִזְרוּ לִי! בְּכָל מְשִׂימָה תִּלְמְדוּ מַשֶּׁהוּ עַל בְּחִירוֹת – וְתְקַבְּלוּ סִפְרָה אַחַת לַקּוֹד.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6"/>
          <w:bCs/>
          <w:szCs w:val="36"/>
          <w:rtl/>
        </w:rPr>
        <w:t>משימה 1: מָה זֹאת הַצְבָּעָה?</w:t>
      </w:r>
    </w:p>
    <w:p>
      <w:pPr>
        <w:bidi/>
      </w:pPr>
      <w:r>
        <w:rPr>
          <w:rFonts w:ascii="Arial" w:hAnsi="Arial" w:cs="Arial"/>
          <w:b w:val="0"/>
          <w:i w:val="0"/>
          <w:color w:val="444444"/>
          <w:sz w:val="26"/>
          <w:szCs w:val="26"/>
          <w:rtl/>
        </w:rPr>
        <w:t>כְּשֶׁצָּרִיךְ לְהַחְלִיט יַחַד, כָּל אֶחָד אוֹמֵר מָה הוּא בּוֹחֵר. זֹאת הַצְבָּעָה. לְכָל אֶחָד יֵשׁ קוֹל אֶחָד – בְּדִיּוּק כְּמוֹ לְכֻלָּם.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 xml:space="preserve"> קוֹרְאִים: הַחַיּוֹת שֶׁל יַעַר הַשְּׁקֵדִים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(1) בְּיַעַר הַשְּׁקֵדִים גָּרוֹת הַרְבֵּה חַיּוֹת. כָּל אַחַת אוֹהֶבֶת דָּבָר אַחֵר.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(2) הַשָּׁפָן רוֹצֶה מַגְלֵשָׁה. הַבַּרְוָז רוֹצֶה בְּרֵכָה. הַסְּנָאִית רוֹצָה בַּיִת עַל הָעֵץ.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(3) אֵיךְ מַחְלִיטִים? לֹא רָבִים וְלֹא צוֹעֲקִים – מַצְבִּיעִים! כָּל חַיָּה נוֹתֶנֶת קוֹל אֶחָד.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1. לְפִי פִּסְקָה 2: מָה רוֹצֶה הַבַּרְוָז?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בְּרֵכָה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מַגְלֵשָׁה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בַּיִת עַל הָעֵץ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2. לָמָּה הַחַיּוֹת צְרִיכוֹת לְהַצְבִּיעַ?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כִּי כָּל אַחַת רוֹצָה דָּבָר אַחֵר, וְצָרִיךְ לְהַחְלִיט יַחַד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כִּי הֵן אוֹהֲבוֹת לָרִיב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כִּי הַשָּׁפָן הֲכִי גָּדוֹל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3. מָה זֶה לְהַצְבִּיעַ?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לְהַגִּיד מָה אֲנִי בּוֹחֵר, כְּדֵי שֶׁנַּחְלִיט יַחַד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לִצְעֹק הֲכִי חָזָק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שֶׁמִּישֶׁהוּ אֶחָד יַחְלִיט לְבַד בִּשְׁבִיל כֻּלָּם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4. עַל מָה מַצְבִּיעִים? – כתבו כל משפט בעמודה המתאימה.</w:t>
      </w:r>
    </w:p>
    <w:p>
      <w:pPr>
        <w:bidi/>
      </w:pPr>
      <w:r>
        <w:rPr>
          <w:rFonts w:ascii="Arial" w:hAnsi="Arial" w:cs="Arial"/>
          <w:b w:val="0"/>
          <w:i w:val="0"/>
          <w:sz w:val="26"/>
          <w:szCs w:val="26"/>
          <w:rtl/>
        </w:rPr>
        <w:t xml:space="preserve">המשפטים: אֵיזֶה מִשְׂחָק נְשַׂחֵק בַּהַפְסָקָה • מִי יִהְיֶה נְצִיג הַכִּתָּה • אִם לְצַחְצֵחַ שִׁנַּיִם • אֵיזוֹ חֻלְצָה אֲנִי לוֹבֵשׁ הַיּוֹם • אִם לַחֲצוֹת כְּבִישׁ בְּאוֹר אָדֹם • אֵיזֶה שֵׁם נִתֵּן לַדָּג שֶׁל הַכִּתָּה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4933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6"/>
                <w:bCs/>
                <w:szCs w:val="26"/>
                <w:rtl/>
              </w:rPr>
              <w:t xml:space="preserve">מַצְבִּיעִים </w:t>
            </w:r>
          </w:p>
        </w:tc>
        <w:tc>
          <w:tcPr>
            <w:tcW w:type="dxa" w:w="4933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6"/>
                <w:bCs/>
                <w:szCs w:val="26"/>
                <w:rtl/>
              </w:rPr>
              <w:t xml:space="preserve">לֹא מַצְבִּיעִים </w:t>
            </w:r>
          </w:p>
        </w:tc>
      </w:tr>
      <w:tr>
        <w:tc>
          <w:tcPr>
            <w:tcW w:type="dxa" w:w="4933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  <w:tc>
          <w:tcPr>
            <w:tcW w:type="dxa" w:w="4933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</w:tr>
      <w:tr>
        <w:tc>
          <w:tcPr>
            <w:tcW w:type="dxa" w:w="4933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  <w:tc>
          <w:tcPr>
            <w:tcW w:type="dxa" w:w="4933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</w:tr>
      <w:tr>
        <w:tc>
          <w:tcPr>
            <w:tcW w:type="dxa" w:w="4933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  <w:tc>
          <w:tcPr>
            <w:tcW w:type="dxa" w:w="4933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</w:tr>
    </w:tbl>
    <w:p>
      <w:pPr>
        <w:spacing w:after="40"/>
      </w:pP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6"/>
          <w:bCs/>
          <w:szCs w:val="36"/>
          <w:rtl/>
        </w:rPr>
        <w:t>משימה 2: סוֹד הַקַּלְפִּי</w:t>
      </w:r>
    </w:p>
    <w:p>
      <w:pPr>
        <w:bidi/>
      </w:pPr>
      <w:r>
        <w:rPr>
          <w:rFonts w:ascii="Arial" w:hAnsi="Arial" w:cs="Arial"/>
          <w:b w:val="0"/>
          <w:i w:val="0"/>
          <w:color w:val="444444"/>
          <w:sz w:val="26"/>
          <w:szCs w:val="26"/>
          <w:rtl/>
        </w:rPr>
        <w:t>בַּבְּחִירוֹת אַף אֶחָד לֹא רוֹאֶה בְּמָה בָּחַרְתָּ. זֹאת הַצְבָּעָה חֲשָׁאִית – סוֹדִית. כָּךְ כָּל אֶחָד בּוֹחֵר מָה שֶׁהוּא בֶּאֱמֶת רוֹצֶה, בְּלִי לְפַחֵד.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 xml:space="preserve"> קוֹרְאִים: מֵאֲחוֹרֵי הַפַּרְגּוֹד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(1) בְּיוֹם הַבְּחִירוֹת כָּל בּוֹחֵר נִכְנָס לְבַד מֵאֲחוֹרֵי פַּרְגּוֹד – מָסָךְ קָטָן. שָׁם הוּא בּוֹחֵר פֶּתֶק וְשָׂם אוֹתוֹ בְּמַעֲטָפָה סְגוּרָה.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(2) אַף אֶחָד לֹא רוֹאֶה מָה הוּא בָּחַר – לֹא הַשְּׁכֵנִים, לֹא הַחֲבֵרִים וְלֹא הַמִּשְׁפָּחָה. כָּךְ כָּל אֶחָד בּוֹחֵר מָה שֶׁהוּא רוֹצֶה, בְּלִי לְפַחֵד.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1. מָה פֵּרוּשׁ הַמִּלָּה חֲשָׁאִית?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סוֹדִית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רוֹעֶשֶׁת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מְהִירָה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2. הַתְאִימוּ כָּל חֵפֶץ לַתַּפְקִיד שֶׁלּוֹ: – מתחו קו או כתבו את האות המתאימה.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2835"/>
        <w:gridCol w:w="850"/>
        <w:gridCol w:w="5670"/>
      </w:tblGrid>
      <w:tr>
        <w:tc>
          <w:tcPr>
            <w:tcW w:type="dxa" w:w="2835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6"/>
                <w:bCs/>
                <w:szCs w:val="26"/>
                <w:rtl/>
              </w:rPr>
              <w:t>מושג</w:t>
            </w:r>
          </w:p>
        </w:tc>
        <w:tc>
          <w:tcPr>
            <w:tcW w:type="dxa" w:w="850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6"/>
                <w:bCs/>
                <w:szCs w:val="26"/>
                <w:rtl/>
              </w:rPr>
              <w:t>___</w:t>
            </w:r>
          </w:p>
        </w:tc>
        <w:tc>
          <w:tcPr>
            <w:tcW w:type="dxa" w:w="5669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6"/>
                <w:bCs/>
                <w:szCs w:val="26"/>
                <w:rtl/>
              </w:rPr>
              <w:t>הסבר</w:t>
            </w:r>
          </w:p>
        </w:tc>
      </w:tr>
      <w:tr>
        <w:tc>
          <w:tcPr>
            <w:tcW w:type="dxa" w:w="2835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  <w:t xml:space="preserve"> פֶּתֶק</w:t>
            </w:r>
          </w:p>
        </w:tc>
        <w:tc>
          <w:tcPr>
            <w:tcW w:type="dxa" w:w="8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  <w:tc>
          <w:tcPr>
            <w:tcW w:type="dxa" w:w="566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  <w:t>א. עָלָיו כָּתוּב מָה בָּחַרְתִּי</w:t>
            </w:r>
          </w:p>
        </w:tc>
      </w:tr>
      <w:tr>
        <w:tc>
          <w:tcPr>
            <w:tcW w:type="dxa" w:w="2835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  <w:t xml:space="preserve"> מַעֲטָפָה</w:t>
            </w:r>
          </w:p>
        </w:tc>
        <w:tc>
          <w:tcPr>
            <w:tcW w:type="dxa" w:w="8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  <w:tc>
          <w:tcPr>
            <w:tcW w:type="dxa" w:w="566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  <w:t>ב. שׁוֹמֶרֶת שֶׁאַף אֶחָד לֹא יִרְאֶה אֶת הַפֶּתֶק</w:t>
            </w:r>
          </w:p>
        </w:tc>
      </w:tr>
      <w:tr>
        <w:tc>
          <w:tcPr>
            <w:tcW w:type="dxa" w:w="2835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  <w:t xml:space="preserve"> פַּרְגּוֹד</w:t>
            </w:r>
          </w:p>
        </w:tc>
        <w:tc>
          <w:tcPr>
            <w:tcW w:type="dxa" w:w="8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  <w:tc>
          <w:tcPr>
            <w:tcW w:type="dxa" w:w="566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  <w:t>ג. הַתֵּבָה שֶׁמַּכְנִיסִים אֵלֶיהָ אֶת הַמַּעֲטָפָה</w:t>
            </w:r>
          </w:p>
        </w:tc>
      </w:tr>
      <w:tr>
        <w:tc>
          <w:tcPr>
            <w:tcW w:type="dxa" w:w="2835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  <w:t xml:space="preserve"> קַלְפִּי</w:t>
            </w:r>
          </w:p>
        </w:tc>
        <w:tc>
          <w:tcPr>
            <w:tcW w:type="dxa" w:w="8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  <w:tc>
          <w:tcPr>
            <w:tcW w:type="dxa" w:w="566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  <w:t>ד. מָסָךְ שֶׁמֵּאֲחוֹרָיו בּוֹחֲרִים לְבַד</w:t>
            </w:r>
          </w:p>
        </w:tc>
      </w:tr>
    </w:tbl>
    <w:p>
      <w:pPr>
        <w:spacing w:after="40"/>
      </w:pP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3. כָּכָה מַצְבִּיעִים בַּבְּחִירוֹת לַכְּנֶסֶת. סַדְּרוּ אֶת הַשְּׁלַבִּים: (מספרו 1, 2, 3…)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___ מַכְנִיסִים אֶת הַמַּעֲטָפָה לַקַּלְפִּי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___ מַרְאִים תְּעוּדָה מְזַהָה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___ שָׂמִים אֶת הַפֶּתֶק בַּמַּעֲטָפָה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___ מְקַבְּלִים מַעֲטָפָה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___ מֵאֲחוֹרֵי הַפַּרְגּוֹד בּוֹחֲרִים פֶּתֶק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4. נכון או לא נכון? הקיפו.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• מֻתָּר לְהַצִּיץ בַּפֶּתֶק שֶׁל מִישֶׁהוּ אַחֵר.   נכון / לא נכון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• כָּל אֶחָד מַחְלִיט לְבַד בְּמָה לִבְחֹר.   נכון / לא נכון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6"/>
          <w:bCs/>
          <w:szCs w:val="36"/>
          <w:rtl/>
        </w:rPr>
        <w:t>משימה 3: הַחְלָטַת הָרֹב</w:t>
      </w:r>
    </w:p>
    <w:p>
      <w:pPr>
        <w:bidi/>
      </w:pPr>
      <w:r>
        <w:rPr>
          <w:rFonts w:ascii="Arial" w:hAnsi="Arial" w:cs="Arial"/>
          <w:b w:val="0"/>
          <w:i w:val="0"/>
          <w:color w:val="444444"/>
          <w:sz w:val="26"/>
          <w:szCs w:val="26"/>
          <w:rtl/>
        </w:rPr>
        <w:t>מָה עוֹשִׂים כְּשֶׁלֹּא כֻּלָּם מַסְכִּימִים? סוֹפְרִים אֶת הַקּוֹלוֹת! אִם יוֹתֵר מֵחֲצִי בָּחֲרוּ בְּמַשֶּׁהוּ – זֶה הָרֹב, וְזֹאת הַהַחְלָטָה.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 xml:space="preserve"> קוֹרְאִים: מִשְׂחָק לַהַפְסָקָה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(1) גּוּרֵי הַיַּעַר רָצוּ לִבְחֹר מִשְׂחָק לַהַפְסָקָה. כָּל גּוּר הֵרִים יָד פַּעַם אַחַת.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(2) סָפְרוּ אֶת הַיָּדַיִם. הַמִּשְׂחָק שֶׁרֹב הַגּוּרִים בָּחֲרוּ בּוֹ – נִבְחַר. גַּם מִי שֶׁבָּחַר מִשְׂחָק אַחֵר מְשַׂחֵק יַחַד עִם כֻּלָּם.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1. הַחַיּוֹת הִצְבִּיעוּ: מָה נֹאכַל בַּמְּסִבָּה?</w:t>
      </w:r>
    </w:p>
    <w:p>
      <w:pPr>
        <w:bidi/>
        <w:jc w:val="center"/>
      </w:pPr>
      <w:r>
        <w:rPr>
          <w:rFonts w:ascii="Arial" w:hAnsi="Arial" w:cs="Arial"/>
          <w:b w:val="0"/>
          <w:i w:val="0"/>
          <w:sz w:val="32"/>
          <w:szCs w:val="32"/>
          <w:rtl/>
        </w:rPr>
        <w:t xml:space="preserve">אבטיח: | | | | | | |   גלידה: | | | | 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אֲבַטִּיחַ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גְּלִידָה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2. וְעַכְשָׁו: מָה נְשַׂחֵק?</w:t>
      </w:r>
    </w:p>
    <w:p>
      <w:pPr>
        <w:bidi/>
        <w:jc w:val="center"/>
      </w:pPr>
      <w:r>
        <w:rPr>
          <w:rFonts w:ascii="Arial" w:hAnsi="Arial" w:cs="Arial"/>
          <w:b w:val="0"/>
          <w:i w:val="0"/>
          <w:sz w:val="32"/>
          <w:szCs w:val="32"/>
          <w:rtl/>
        </w:rPr>
        <w:t xml:space="preserve">כדורגל: | | | | |   עפיפונים: | | | | | | | | 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כַּדּוּרֶגֶל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עֲפִיפוֹנִים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3. בַּכִּתָּה יֵשׁ 20 יְלָדִים. 12 בָּחֲרוּ טִיּוּל לַיָּם, 8 בָּחֲרוּ טִיּוּל לַיַּעַר. מָה הֶחְלִיט הָרֹב?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טִיּוּל לַיָּם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טִיּוּל לַיַּעַר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6"/>
          <w:bCs/>
          <w:szCs w:val="36"/>
          <w:rtl/>
        </w:rPr>
        <w:t>משימה 4: מְכַבְּדִים כָּל דֵּעָה</w:t>
      </w:r>
    </w:p>
    <w:p>
      <w:pPr>
        <w:bidi/>
      </w:pPr>
      <w:r>
        <w:rPr>
          <w:rFonts w:ascii="Arial" w:hAnsi="Arial" w:cs="Arial"/>
          <w:b w:val="0"/>
          <w:i w:val="0"/>
          <w:color w:val="444444"/>
          <w:sz w:val="26"/>
          <w:szCs w:val="26"/>
          <w:rtl/>
        </w:rPr>
        <w:t>בְּהַצְבָּעָה לֹא כֻּלָּם בּוֹחֲרִים אוֹתוֹ דָּבָר – וְזֶה בְּסֵדֶר! מֻתָּר לַחְשֹׁב אַחֶרֶת. מְדַבְּרִים יָפֶה, מַקְשִׁיבִים, וְלֹא צוֹחֲקִים עַל אַף אֶחָד.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 xml:space="preserve"> קוֹרְאִים: הַשּׁוּעָל וְהַצָּב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(1) הַשּׁוּעָל אָהַב אֶת הַמִּשְׂחָק ״תּוֹפֶסֶת״, וְהַצָּב אָהַב ״מַחֲבוֹאִים״. הֵם לֹא הִסְכִּימוּ – וְזֶה בְּסֵדֶר.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(2) כָּל אֶחָד הִסְבִּיר לָמָּה, וְהַשֵּׁנִי הִקְשִׁיב. אַף אֶחָד לֹא צָחַק עַל הַשֵּׁנִי. כָּךְ מִתְוַכְּחִים יָפֶה: אוֹמְרִים מָה חוֹשְׁבִים, וּמְכַבְּדִים מִי שֶׁחוֹשֵׁב אַחֶרֶת.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1. אֵיזֶה מִשְׁפָּט מְכַבֵּד? – כתבו כל משפט בעמודה המתאימה.</w:t>
      </w:r>
    </w:p>
    <w:p>
      <w:pPr>
        <w:bidi/>
      </w:pPr>
      <w:r>
        <w:rPr>
          <w:rFonts w:ascii="Arial" w:hAnsi="Arial" w:cs="Arial"/>
          <w:b w:val="0"/>
          <w:i w:val="0"/>
          <w:sz w:val="26"/>
          <w:szCs w:val="26"/>
          <w:rtl/>
        </w:rPr>
        <w:t>המשפטים: אֲנִי חוֹשֵׁב אַחֶרֶת, אֲבָל אֲנִי מַקְשִׁיב לְךָ • הִפְסַדְנוּ בַּהַצְבָּעָה – נְכַבֵּד אֶת הַהַחְלָטָה • אַתָּה טִפֵּשׁ שֶׁבָּחַרְתָּ בָּזֶה! • לִצְחֹק עַל מִי שֶׁבָּחַר אַחֶרֶת • לֹא נְשַׂחֵק אִתְּךָ כִּי לֹא הִצְבַּעְתָּ כְּמוֹנוּ • סַפְּרִי לִי לָמָּה בָּחַרְתְּ כָּכָה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33"/>
        <w:gridCol w:w="4933"/>
      </w:tblGrid>
      <w:tr>
        <w:tc>
          <w:tcPr>
            <w:tcW w:type="dxa" w:w="4933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6"/>
                <w:bCs/>
                <w:szCs w:val="26"/>
                <w:rtl/>
              </w:rPr>
              <w:t xml:space="preserve">מְכַבֵּד </w:t>
            </w:r>
          </w:p>
        </w:tc>
        <w:tc>
          <w:tcPr>
            <w:tcW w:type="dxa" w:w="4933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6"/>
                <w:bCs/>
                <w:szCs w:val="26"/>
                <w:rtl/>
              </w:rPr>
              <w:t xml:space="preserve">לֹא מְכַבֵּד </w:t>
            </w:r>
          </w:p>
        </w:tc>
      </w:tr>
      <w:tr>
        <w:tc>
          <w:tcPr>
            <w:tcW w:type="dxa" w:w="4933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  <w:tc>
          <w:tcPr>
            <w:tcW w:type="dxa" w:w="4933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</w:tr>
      <w:tr>
        <w:tc>
          <w:tcPr>
            <w:tcW w:type="dxa" w:w="4933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  <w:tc>
          <w:tcPr>
            <w:tcW w:type="dxa" w:w="4933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</w:tr>
      <w:tr>
        <w:tc>
          <w:tcPr>
            <w:tcW w:type="dxa" w:w="4933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  <w:tc>
          <w:tcPr>
            <w:tcW w:type="dxa" w:w="4933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</w:tr>
    </w:tbl>
    <w:p>
      <w:pPr>
        <w:spacing w:after="40"/>
      </w:pP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2. דָּנִי רָצָה כַּדּוּרֶגֶל, אֲבָל הָרֹב בָּחַר בְּמַחְבּוֹאִים. מָה כְּדַאי לְדָנִי לַעֲשׂוֹת?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לְהִצְטָרֵף לַמִּשְׂחָק, וּלְהַצִּיעַ כַּדּוּרֶגֶל בַּפַּעַם הַבָּאָה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לִכְעֹס וְלָלֶכֶת הַבַּיְתָה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לְקַלְקֵל אֶת הַמִּשְׂחָק לַאֲחֵרִים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6"/>
          <w:bCs/>
          <w:szCs w:val="36"/>
          <w:rtl/>
        </w:rPr>
        <w:t>משימה 5: הַצְבָּעָה בַּכִּתָּה</w:t>
      </w:r>
    </w:p>
    <w:p>
      <w:pPr>
        <w:bidi/>
      </w:pPr>
      <w:r>
        <w:rPr>
          <w:rFonts w:ascii="Arial" w:hAnsi="Arial" w:cs="Arial"/>
          <w:b w:val="0"/>
          <w:i w:val="0"/>
          <w:color w:val="444444"/>
          <w:sz w:val="26"/>
          <w:szCs w:val="26"/>
          <w:rtl/>
        </w:rPr>
        <w:t>חֲזָרָה לִפְנֵי הַבְּחִירוֹת! גּוּרֵי הַיַּעַר הִצְבִּיעוּ: מָה נִבְנֶה בַּקָּרַחַת? מַגְלֵשָׁה, בְּרֵכָה אוֹ בַּיִת עַל הָעֵץ. עִזְרוּ לִי לִסְפֹּר אֶת הַפְּתָקִים!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 xml:space="preserve"> קוֹרְאִים: סוֹפְרִים בְּיַחַד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(1) לִפְנֵי שֶׁסּוֹפְרִים, בּוֹדְקִים שֶׁכָּל אֶחָד הִצְבִּיעַ פַּעַם אַחַת בִּלְבַד.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(2) אַחַר כָּךְ סוֹפְרִים כָּל פֶּתֶק בִּזְהִירוּת – וְאֶפְשָׁר לִסְפֹּר פַּעֲמַיִם, כְּדֵי לִהְיוֹת בְּטוּחִים. כָּךְ כֻּלָּם יוֹדְעִים שֶׁהַתּוֹצָאָה הוֹגֶנֶת.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1. סִפְרוּ אֶת הַפְּתָקִים: כָּל פֶּתֶק – לַתֵּבָה הַמַּתְאִימָה. (סמנו קו לכל פתק)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הפתקים: בַּיִת עַל הָעֵץ, מַגְלֵשָׁה, בַּיִת עַל הָעֵץ, בְּרֵכָה, בַּיִת עַל הָעֵץ, בַּיִת עַל הָעֵץ, מַגְלֵשָׁה, בַּיִת עַל הָעֵץ, בְּרֵכָה, בַּיִת עַל הָעֵץ, מַגְלֵשָׁה, בַּיִת עַל הָעֵץ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6"/>
                <w:bCs/>
                <w:szCs w:val="26"/>
                <w:rtl/>
              </w:rPr>
              <w:t>מַגְלֵשָׁה</w:t>
            </w:r>
          </w:p>
        </w:tc>
        <w:tc>
          <w:tcPr>
            <w:tcW w:type="dxa" w:w="3289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6"/>
                <w:bCs/>
                <w:szCs w:val="26"/>
                <w:rtl/>
              </w:rPr>
              <w:t>בְּרֵכָה</w:t>
            </w:r>
          </w:p>
        </w:tc>
        <w:tc>
          <w:tcPr>
            <w:tcW w:type="dxa" w:w="3289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6"/>
                <w:bCs/>
                <w:szCs w:val="26"/>
                <w:rtl/>
              </w:rPr>
              <w:t>בַּיִת עַל הָעֵץ</w:t>
            </w:r>
          </w:p>
        </w:tc>
      </w:tr>
      <w:tr>
        <w:tc>
          <w:tcPr>
            <w:tcW w:type="dxa" w:w="328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  <w:tc>
          <w:tcPr>
            <w:tcW w:type="dxa" w:w="328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  <w:tc>
          <w:tcPr>
            <w:tcW w:type="dxa" w:w="328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</w:tc>
      </w:tr>
    </w:tbl>
    <w:p>
      <w:pPr>
        <w:spacing w:after="40"/>
      </w:pP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2. מָה הֶחְלִיטוּ הַגּוּרִים?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בַּיִת עַל הָעֵץ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מַגְלֵשָׁה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בְּרֵכָה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6"/>
          <w:bCs/>
          <w:szCs w:val="36"/>
          <w:rtl/>
        </w:rPr>
        <w:t>משימה 6: מִגִּיל 18 מַצְבִּיעִים</w:t>
      </w:r>
    </w:p>
    <w:p>
      <w:pPr>
        <w:bidi/>
      </w:pPr>
      <w:r>
        <w:rPr>
          <w:rFonts w:ascii="Arial" w:hAnsi="Arial" w:cs="Arial"/>
          <w:b w:val="0"/>
          <w:i w:val="0"/>
          <w:color w:val="444444"/>
          <w:sz w:val="26"/>
          <w:szCs w:val="26"/>
          <w:rtl/>
        </w:rPr>
        <w:t>בַּבְּחִירוֹת לַכְּנֶסֶת מַצְבִּיעִים אֶזְרָחִים מִגִּיל 18. גַּם אַתֶּם תַּצְבִּיעוּ כְּשֶׁתִּגְדְּלוּ! וְעַד אָז? אֶפְשָׁר לְהַצְבִּיעַ בַּכִּתָּה, בְּמוֹעֶצֶת הַתַּלְמִידִים וּבַבַּיִת.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 xml:space="preserve"> קוֹרְאִים: הַכְּנֶסֶת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(1) בַּכְּנֶסֶת יוֹשְׁבִים 120 חַבְרֵי כְּנֶסֶת. אֶת הַכְּנֶסֶת בּוֹחֲרִים אֶזְרָחִים מִגִּיל 18.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(2) יְלָדִים עוֹד לֹא מַצְבִּיעִים לַכְּנֶסֶת, אֲבָל אֶפְשָׁר לְהִתְאַמֵּן: בְּמוֹעֶצֶת הַתַּלְמִידִים, בַּכִּתָּה וּבַבַּיִת. כָּל הַצְבָּעָה קְטַנָּה הִיא אִמּוּן לַבְּחִירוֹת הַגְּדוֹלוֹת.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1. השלימו את המילה המתאימה מתוך המחסן: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מחסן מילים: קַלְפִּי | פֶּתֶק | מַעֲטָפָה | 18 | כְּנֶסֶת | הַצְבָּעָה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• הַתֵּבָה שֶׁמַּכְנִיסִים אֵלֶיהָ אֶת הַמַּעֲטָפָה: __________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• עָלָיו כּוֹתְבִים אוֹ מְסַמְּנִים מָה בּוֹחֲרִים: __________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• שׁוֹמֶרֶת שֶׁאַף אֶחָד לֹא יִרְאֶה אֶת הַפֶּתֶק: __________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• הַגִּיל שֶׁבּוֹ מַתְחִילִים לְהַצְבִּיעַ לַכְּנֶסֶת: __________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• הַמָּקוֹם שֶׁבּוֹ יוֹשְׁבִים 120 חַבְרֵי הַכְּנֶסֶת: __________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• כְּשֶׁכָּל אֶחָד אוֹמֵר מָה הוּא בּוֹחֵר: __________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2. מֵאֵיזֶה גִּיל מַצְבִּיעִים בַּבְּחִירוֹת לַכְּנֶסֶת?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8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12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18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□ 80</w:t>
      </w:r>
    </w:p>
    <w:p>
      <w:pPr>
        <w:keepNext/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3. הַשְׁלִימוּ אֶת הַמִּלָּה הַחֲסֵרָה: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מחסן מילים: מַעֲטָפָה | סוֹדִית | 18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• בְּגִיל __________ אֶפְשָׁר לְהַצְבִּיעַ לַכְּנֶסֶת.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• אֶת הַפֶּתֶק שָׂמִים בְּתוֹךְ __________.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 xml:space="preserve">   • הַהַצְבָּעָה בַּבְּחִירוֹת __________ – אַף אֶחָד לֹא רוֹאֶה.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6"/>
          <w:bCs/>
          <w:szCs w:val="36"/>
          <w:rtl/>
        </w:rPr>
        <w:t>כּוֹתְבִים: מָה אֲנִי חוֹשֵׁב?</w:t>
      </w:r>
    </w:p>
    <w:p>
      <w:pPr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עַל מָה הֱיִיתֶם רוֹצִים שֶׁהַכִּתָּה שֶׁלָּנוּ תַּצְבִּיעַ? כִּתְבוּ 2–3 מִשְׁפָּטִים.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>1. כִּתְבוּ עַל מָה כְּדַאי לְהַצְבִּיעַ בַּכִּתָּה.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>2. כִּתְבוּ מָה אַתֶּם הֱיִיתֶם בּוֹחֲרִים – וְלָמָּה (כִּי…).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8"/>
          <w:szCs w:val="28"/>
          <w:rtl/>
        </w:rPr>
        <w:t>3. כִּתְבוּ מָה תַּעֲשׂוּ אִם הָרֹב יִבְחַר אַחֶרֶת.</w:t>
      </w:r>
    </w:p>
    <w:p>
      <w:pPr>
        <w:bidi/>
        <w:spacing w:after="120"/>
      </w:pPr>
      <w:r>
        <w:rPr>
          <w:rFonts w:ascii="Arial" w:hAnsi="Arial" w:cs="Arial"/>
          <w:b w:val="0"/>
          <w:i w:val="0"/>
          <w:color w:val="999999"/>
          <w:sz w:val="28"/>
          <w:szCs w:val="28"/>
          <w:rtl/>
        </w:rPr>
        <w:t>______________________________________________________________________</w:t>
      </w:r>
    </w:p>
    <w:p>
      <w:pPr>
        <w:bidi/>
        <w:spacing w:after="120"/>
      </w:pPr>
      <w:r>
        <w:rPr>
          <w:rFonts w:ascii="Arial" w:hAnsi="Arial" w:cs="Arial"/>
          <w:b w:val="0"/>
          <w:i w:val="0"/>
          <w:color w:val="999999"/>
          <w:sz w:val="28"/>
          <w:szCs w:val="28"/>
          <w:rtl/>
        </w:rPr>
        <w:t>______________________________________________________________________</w:t>
      </w:r>
    </w:p>
    <w:p>
      <w:pPr>
        <w:bidi/>
        <w:spacing w:after="120"/>
      </w:pPr>
      <w:r>
        <w:rPr>
          <w:rFonts w:ascii="Arial" w:hAnsi="Arial" w:cs="Arial"/>
          <w:b w:val="0"/>
          <w:i w:val="0"/>
          <w:color w:val="999999"/>
          <w:sz w:val="28"/>
          <w:szCs w:val="28"/>
          <w:rtl/>
        </w:rPr>
        <w:t>______________________________________________________________________</w:t>
      </w:r>
    </w:p>
    <w:p>
      <w:pPr>
        <w:bidi/>
        <w:spacing w:after="120"/>
      </w:pPr>
      <w:r>
        <w:rPr>
          <w:rFonts w:ascii="Arial" w:hAnsi="Arial" w:cs="Arial"/>
          <w:b w:val="0"/>
          <w:i w:val="0"/>
          <w:color w:val="999999"/>
          <w:sz w:val="28"/>
          <w:szCs w:val="28"/>
          <w:rtl/>
        </w:rPr>
        <w:t>______________________________________________________________________</w:t>
      </w:r>
    </w:p>
    <w:p>
      <w:pPr>
        <w:bidi/>
      </w:pPr>
      <w:r>
        <w:rPr>
          <w:rFonts w:ascii="Arial" w:hAnsi="Arial" w:cs="Arial"/>
          <w:b w:val="0"/>
          <w:i w:val="0"/>
          <w:sz w:val="24"/>
          <w:szCs w:val="24"/>
          <w:rtl/>
        </w:rPr>
        <w:t>בדיקה עצמית: כָּתַבְתִּי לְפָחוֹת 2 מִשְׁפָּטִים  הִסְבַּרְתִּי לָמָּה (כִּי…)  יֵשׁ נְקֻדָּה בְּסוֹף כָּל מִשְׁפָּט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6"/>
          <w:bCs/>
          <w:szCs w:val="36"/>
          <w:rtl/>
        </w:rPr>
        <w:t>בונוס: קַמְפֵּיין הַבְּחִירוֹת שֶׁל הַשָּׂפָה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בּוֹנוּס! סִימָנֵי הַפִּסּוּק יוֹצְאִים לִבְחִירוֹת (הַמִּפְלָגוֹת בְּדוּיוֹת – בִּשְׁבִיל הַכֵּיף). בַּחֲרוּ מִפְלָגָה, כִּתְבוּ סִיסְמָה וְשָׁלוֹשׁ הַבְטָחוֹת קְצָרוֹת, וְעַצְּבוּ כְּרָזָה.</w:t>
      </w:r>
    </w:p>
    <w:p>
      <w:pPr>
        <w:bidi/>
      </w:pPr>
      <w:r>
        <w:rPr>
          <w:rFonts w:ascii="Arial" w:hAnsi="Arial" w:cs="Arial"/>
          <w:b w:val="0"/>
          <w:i w:val="0"/>
          <w:sz w:val="26"/>
          <w:szCs w:val="26"/>
          <w:rtl/>
        </w:rPr>
        <w:t>המפלגות (בדויות): מִפְלֶגֶת הַנְּקֻדָּה – בְּסוֹף מִשְׁפָּט – נְקֻדָּה! • מִפְלֶגֶת סִימַן הַשְּׁאֵלָה – שׁוֹאֲלִים? שָׂמִים סִימַן שְׁאֵלָה! • מִפְלֶגֶת הַפְּסִיק – עוֹצְרִים רֶגַע, וּמַמְשִׁיכִים • מִפְלֶגֶת סִימַן הַקְּרִיאָה – כְּשֶׁמִּתְרַגְּשִׁים – סִימַן קְרִיאָה!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המפלגה שבחרנו: ____________________  הסיסמה: ________________________________</w:t>
      </w:r>
    </w:p>
    <w:p>
      <w:pPr>
        <w:bidi/>
      </w:pPr>
      <w:r>
        <w:rPr>
          <w:rFonts w:ascii="Arial" w:hAnsi="Arial" w:cs="Arial"/>
          <w:b w:val="0"/>
          <w:i w:val="0"/>
          <w:sz w:val="28"/>
          <w:szCs w:val="28"/>
          <w:rtl/>
        </w:rPr>
        <w:t>שלוש הבטחות: 1. ______________________ 2. ______________________ 3. ______________________</w:t>
      </w:r>
    </w:p>
    <w:p>
      <w:pPr>
        <w:bidi/>
      </w:pPr>
      <w:r>
        <w:rPr>
          <w:rFonts w:ascii="Arial" w:hAnsi="Arial" w:cs="Arial"/>
          <w:b/>
          <w:i w:val="0"/>
          <w:sz w:val="28"/>
          <w:bCs/>
          <w:szCs w:val="28"/>
          <w:rtl/>
        </w:rPr>
        <w:t>סקיצה לכרזה: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9866"/>
      </w:tblGrid>
      <w:tr>
        <w:tc>
          <w:tcPr>
            <w:tcW w:type="dxa" w:w="98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  <w:t xml:space="preserve"> </w:t>
            </w:r>
          </w:p>
          <w:p>
            <w:pPr>
              <w:bidi/>
            </w:pPr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  <w:p>
            <w:pPr>
              <w:bidi/>
            </w:pPr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  <w:p>
            <w:pPr>
              <w:bidi/>
            </w:pPr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  <w:p>
            <w:pPr>
              <w:bidi/>
            </w:pPr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  <w:p>
            <w:pPr>
              <w:bidi/>
            </w:pPr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</w:r>
          </w:p>
          <w:p>
            <w:pPr>
              <w:bidi/>
            </w:pPr>
            <w:r>
              <w:rPr>
                <w:rFonts w:ascii="Arial" w:hAnsi="Arial" w:cs="Arial"/>
                <w:b w:val="0"/>
                <w:i w:val="0"/>
                <w:sz w:val="26"/>
                <w:szCs w:val="26"/>
                <w:rtl/>
              </w:rPr>
              <w:t xml:space="preserve"> </w:t>
            </w:r>
          </w:p>
        </w:tc>
      </w:tr>
    </w:tbl>
    <w:p>
      <w:pPr>
        <w:spacing w:after="40"/>
      </w:pPr>
    </w:p>
    <w:p>
      <w:pPr>
        <w:bidi/>
      </w:pPr>
      <w:r>
        <w:rPr>
          <w:rFonts w:ascii="Arial" w:hAnsi="Arial" w:cs="Arial"/>
          <w:b/>
          <w:i w:val="0"/>
          <w:sz w:val="26"/>
          <w:bCs/>
          <w:szCs w:val="26"/>
          <w:rtl/>
        </w:rPr>
        <w:t xml:space="preserve"> רוֹצִים לְצַיֵּר אוֹ לְבַקֵּשׁ תְּמוּנָה מִכְּלִי לִיצִירַת תְּמוּנוֹת? כִּתְבוּ תֵּאוּר קָצָר שֶׁעוֹנֶה עַל הַשְּׁאֵלוֹת: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6"/>
          <w:szCs w:val="26"/>
          <w:rtl/>
        </w:rPr>
        <w:t>• מִי בַּתְּמוּנָה? (לְמָשָׁל: נְקֻדָּה מְחַיֶּכֶת)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6"/>
          <w:szCs w:val="26"/>
          <w:rtl/>
        </w:rPr>
        <w:t>• מָה הִיא עוֹשָׂה? (רוֹקֶדֶת, מְנִיפָה דֶּגֶל)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6"/>
          <w:szCs w:val="26"/>
          <w:rtl/>
        </w:rPr>
        <w:t>• אֵילוּ צְבָעִים?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6"/>
          <w:szCs w:val="26"/>
          <w:rtl/>
        </w:rPr>
        <w:t>• אֵיפֹה זֶה קוֹרֶה? (כִּתָּה, בָּמָה, גַּן)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4"/>
                <w:bCs/>
                <w:szCs w:val="24"/>
                <w:rtl/>
              </w:rPr>
              <w:t>קריטריון</w:t>
            </w:r>
          </w:p>
        </w:tc>
        <w:tc>
          <w:tcPr>
            <w:tcW w:type="dxa" w:w="2466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4"/>
                <w:bCs/>
                <w:szCs w:val="24"/>
                <w:rtl/>
              </w:rPr>
              <w:t>רמה 1</w:t>
            </w:r>
          </w:p>
        </w:tc>
        <w:tc>
          <w:tcPr>
            <w:tcW w:type="dxa" w:w="2466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4"/>
                <w:bCs/>
                <w:szCs w:val="24"/>
                <w:rtl/>
              </w:rPr>
              <w:t>רמה 2</w:t>
            </w:r>
          </w:p>
        </w:tc>
        <w:tc>
          <w:tcPr>
            <w:tcW w:type="dxa" w:w="2466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4"/>
                <w:bCs/>
                <w:szCs w:val="24"/>
                <w:rtl/>
              </w:rPr>
              <w:t>רמה 3</w:t>
            </w:r>
          </w:p>
        </w:tc>
      </w:tr>
      <w:tr>
        <w:tc>
          <w:tcPr>
            <w:tcW w:type="dxa" w:w="24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>סִיסְמָה</w:t>
            </w:r>
          </w:p>
        </w:tc>
        <w:tc>
          <w:tcPr>
            <w:tcW w:type="dxa" w:w="24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>יֵשׁ סִיסְמָה</w:t>
            </w:r>
          </w:p>
        </w:tc>
        <w:tc>
          <w:tcPr>
            <w:tcW w:type="dxa" w:w="24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>הַסִּיסְמָה בְּרוּרָה</w:t>
            </w:r>
          </w:p>
        </w:tc>
        <w:tc>
          <w:tcPr>
            <w:tcW w:type="dxa" w:w="24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>הַסִּיסְמָה מַצְחִיקָה וּנְכוֹנָה</w:t>
            </w:r>
          </w:p>
        </w:tc>
      </w:tr>
      <w:tr>
        <w:tc>
          <w:tcPr>
            <w:tcW w:type="dxa" w:w="24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>הַבְטָחוֹת</w:t>
            </w:r>
          </w:p>
        </w:tc>
        <w:tc>
          <w:tcPr>
            <w:tcW w:type="dxa" w:w="24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>הַבְטָחָה אַחַת</w:t>
            </w:r>
          </w:p>
        </w:tc>
        <w:tc>
          <w:tcPr>
            <w:tcW w:type="dxa" w:w="24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>שְׁתַּיִם</w:t>
            </w:r>
          </w:p>
        </w:tc>
        <w:tc>
          <w:tcPr>
            <w:tcW w:type="dxa" w:w="24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>שָׁלוֹשׁ הַבְטָחוֹת עִם סִימָן נָכוֹן</w:t>
            </w:r>
          </w:p>
        </w:tc>
      </w:tr>
      <w:tr>
        <w:tc>
          <w:tcPr>
            <w:tcW w:type="dxa" w:w="24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>עִצּוּב</w:t>
            </w:r>
          </w:p>
        </w:tc>
        <w:tc>
          <w:tcPr>
            <w:tcW w:type="dxa" w:w="24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>קָשֶׁה לִקְרֹא</w:t>
            </w:r>
          </w:p>
        </w:tc>
        <w:tc>
          <w:tcPr>
            <w:tcW w:type="dxa" w:w="24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>מְסֻדָּר</w:t>
            </w:r>
          </w:p>
        </w:tc>
        <w:tc>
          <w:tcPr>
            <w:tcW w:type="dxa" w:w="2466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>יָפֶה וְקָרִיא</w:t>
            </w:r>
          </w:p>
        </w:tc>
      </w:tr>
    </w:tbl>
    <w:p>
      <w:pPr>
        <w:spacing w:after="40"/>
      </w:pP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9A3412"/>
          <w:sz w:val="36"/>
          <w:bCs/>
          <w:szCs w:val="36"/>
          <w:rtl/>
        </w:rPr>
        <w:t xml:space="preserve"> לוח בחירה 3×3</w:t>
      </w:r>
    </w:p>
    <w:p>
      <w:pPr>
        <w:bidi/>
      </w:pPr>
      <w:r>
        <w:rPr>
          <w:rFonts w:ascii="Arial" w:hAnsi="Arial" w:cs="Arial"/>
          <w:b w:val="0"/>
          <w:i w:val="0"/>
          <w:sz w:val="26"/>
          <w:szCs w:val="26"/>
          <w:rtl/>
        </w:rPr>
        <w:t>בחרו 3 משימות בשורה (מאוזן, מאונך או באלכסון). המשימה שבמרכז – חובה.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 xml:space="preserve"> מציירים פתק הצבעה לבחירת המשחק בהפסקה</w:t>
            </w:r>
          </w:p>
        </w:tc>
        <w:tc>
          <w:tcPr>
            <w:tcW w:type="dxa" w:w="328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 xml:space="preserve"> כותבים 3 כללים להצבעה הוגנת בכיתה</w:t>
            </w:r>
          </w:p>
        </w:tc>
        <w:tc>
          <w:tcPr>
            <w:tcW w:type="dxa" w:w="328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 xml:space="preserve"> מתכננים הצבעה אמיתית בכיתה: שאלה, פתקים, ספירה</w:t>
            </w:r>
          </w:p>
        </w:tc>
      </w:tr>
      <w:tr>
        <w:tc>
          <w:tcPr>
            <w:tcW w:type="dxa" w:w="328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 xml:space="preserve"> ממציאים סימן ״אני מקשיב/ה״ לשיחה מכבדת</w:t>
            </w:r>
          </w:p>
        </w:tc>
        <w:tc>
          <w:tcPr>
            <w:tcW w:type="dxa" w:w="328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 xml:space="preserve"> חובה: כותבים 2–3 משפטים – על מה הייתי רוצה שהכיתה תצביע ולמה</w:t>
            </w:r>
          </w:p>
        </w:tc>
        <w:tc>
          <w:tcPr>
            <w:tcW w:type="dxa" w:w="328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 xml:space="preserve"> משחק הזיכרון שוב – בזמן קצר יותר</w:t>
            </w:r>
          </w:p>
        </w:tc>
      </w:tr>
      <w:tr>
        <w:tc>
          <w:tcPr>
            <w:tcW w:type="dxa" w:w="328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 xml:space="preserve"> מראיינים מבוגר: איך מצביעים בבחירות? מה מרגישים?</w:t>
            </w:r>
          </w:p>
        </w:tc>
        <w:tc>
          <w:tcPr>
            <w:tcW w:type="dxa" w:w="328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 xml:space="preserve"> מציירים את תיבת ההצבעה של היער</w:t>
            </w:r>
          </w:p>
        </w:tc>
        <w:tc>
          <w:tcPr>
            <w:tcW w:type="dxa" w:w="3289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4"/>
                <w:szCs w:val="24"/>
                <w:rtl/>
              </w:rPr>
              <w:t xml:space="preserve"> מספרים לחבר/ה מה זה ״החלטת רוב״ במילים שלכם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i w:val="0"/>
        <w:color w:val="6B5146"/>
        <w:sz w:val="18"/>
        <w:szCs w:val="18"/>
        <w:rtl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80" w:line="300" w:lineRule="auto"/>
    </w:pPr>
    <w:rPr>
      <w:rFonts w:ascii="Arial" w:hAnsi="Arial" w:cs="Arial"/>
      <w:sz w:val="28"/>
      <w:szCs w:val="28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